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 xml:space="preserve">Lorem ipsum dolor sit amet, consectetur adipiscing elit. </w:t>
        <w:br/>
        <w:t xml:space="preserve">Nullam in dui mauris. Vivamus hendrerit arcu sed erat molestie vehicula. </w:t>
        <w:br/>
        <w:t>Sed auctor neque eu tellus rhoncus ut eleifend nibh porttitor.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